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כסף בחיים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ההתפתחות ההיסטורית של הכסף ואת סוגיו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לרכוש כלים לקבלת החלטות צרכניות חכמות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לבנות תקציב אישי ולתכנן חיסכון למטרה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בעולם הבנק, האשראי והעבודה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 זה כסף: מהחלפה לכסף דיגיטלי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נותנים דבר אחד ומקבלים דבר אחר בלי 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כסף בחשבון, בכרטיס או בטלפון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שטרות ומטבעות שמחזיקים ביד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 זה כסף: מהחלפה לכסף דיגיטלי – נכון/לא נכון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בהחלפה נותנים דבר אחד ומקבלים דבר אחר, בלי כסף כלל.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כשלא רואים כסף פיזי יוצא, קל יותר לבזבז בלי לשים לב.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זו החלפה – דבר תמורת דבר, בלי כסף.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 זה כסף: מהחלפה לכסף דיגיטלי – מיון מקרים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(מזומן)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(כסף דיגיטלי)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(החלפה)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(החלפה)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(מזומן)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מה זה כסף: מהחלפה לכסף דיגיטלי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דיגיטלי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החלפה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צורך, רצון וקנייה חכמה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משהו שאי אפשר בלעדיו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משהו שנחמד שיהיה אבל לא הכרחי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מחכים יום לפני שקונים דבר שרוצים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צורך, רצון וקנייה חכמה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משתמשים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צורך, רצון וקנייה חכמה – התאמה ובדיקה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(לחכות יום לפני שקונים משהו שרוצים)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(חישוב עלות לכל כמות קבועה, כמו 100 מ"ל)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(לבדוק אם באמת צריכים שני פריטים)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(להשוות מחירים לפני שמחליטים)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צורך, רצון וקנייה חכמה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בקבוק B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אולי לא ישתמשו בכל הכמות לפני שתתקלקל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תקציב אישי בשליטה – הכרת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תוכנית שמראה כמה כסף יש ועל מה מוציאים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כסף שנכנס אליי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דמי כיס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תקציב אישי בשליטה – חישוב ושימוש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מוציאים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3. 40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תקציב אישי בשליטה –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הוצאה היא כסף שיוצא ממני, הכנסה היא כסף שנכנס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אפשר לאזן בין הכנסות להוצאות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תקציב אישי בשליטה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א (כסף שנכנס אליי)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(כסף שיוצא ממני)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(תוכנית לכסף שיש ולהוצאות)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(ההפרש בין הכנסה להוצאה)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(כסף ששומרים לעתיד)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חיסכון והריבית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בדיוק ההגדרה של 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 הפוך – הבנק הוא זה שמשלם לנו ריבית על הכסף ששמרנו אצלו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סכום שבועי גבוה יותר מקצר את הזמן עד למטרה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תמיד אפשר לעדכן את הסכום השבועי ולבדוק מחדש כמה זמן זה ייקח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חיסכון והריבית – תרגול חישוב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3. 24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5. 20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חיסכון והריבית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סכום מחיר וסכום חיסכון שבועי סביר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ככל שמתחילים מוקדם יש יותר זמן להגיע למטרה, ואפשר לחסוך סכום קטן יותר בכל שבוע וגם ליהנות מריבית לאורך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15 שבועות; אפשר להציע להגדיל את הסכום השבועי, למשל ל-15 ₪, כדי לקצר את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ככל שחוסכים לאורך יותר זמן, הריבית מצטברת ומוסיפה עוד כסף לחיסכון, בלי מאמץ נוסף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בנק, כרטיסים ותשלום בטלפון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שומרים 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מתי הכסף יוצא מהחשבון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נוח ומהיר, אך קל לאבד מעקב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כסף שקיבלתי וצריך להחזיר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בנק, כרטיסים ותשלום בטלפון – יישום וחישוב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אחר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סיסמאות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בנק, כרטיסים ותשלום בטלפון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את החשבון, להזכיר לחבר בנימוס, לקבוע תאריך ברור להחזרה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את החשבון, לא לשתף סיסמאות, לא לקנות במה שאין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הריבית היא תשלום נוסף על השימוש בכסף לאורך זמן, וכל תשלום מוסיף עוד סכום קטן שמצטבר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עבודה ראשונה ותלוש שכר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השכר לפני ניכויים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השכר שנכנס בפועל לחשבון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מסמך שמפרט את השכר והניכויים בכל 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מספר השעות כפול שכר לשעה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עבודה ראשונה ותלוש שכר – תרגול וחישוב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1. 700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ברוטו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3. 1330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שכר לשעה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דוגמה אחת מכל סוג ומנומקת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לפחות הכנסה אחת, שתי הוצאות וחישוב יתרה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מסבירה שניכויים מורידים מהברוטו ושצריך לבדוק שהניכויים הגיוניים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הפרקים לאורך 3-4 שיעורים, פרק או שניים בכל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כל פרק כדאי לבצע את המשחק המתאים בכיתה (מיון כרטיסים, אתגר התקציב, זיכרון מושגים) כחימום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מספרים עגולים בתרגילי התקציב והחיסכון, ולמתקדמים להוסיף הוצאה או מטרה נוספת לחישוב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כל פרק בדיון קצר בזוגות על דוגמה אישית, כדי לחבר את התוכן לחיי היומיום של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כסף בחיים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שישה פרקים שהולכים יחד – מכסף ועד עבודה ושכר. פתרו כל פרק לפי הסדר, ענו בעצמכם לפני שבודקים עם המורה, והשתמשו בדוגמאות שלכם מהחיים.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 זה כסף: מהחלפה לכסף דיגיטלי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החלפה?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נותנים דבר אחד ומקבלים דבר אחר בלי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משלמים בכרטיס אשראי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שמים כסף בקופת חיסכון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מעבירים כסף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כסף דיגיטלי?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מטבעות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כסף בחשבון, בכרטיס או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פתק עם רשימת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חפץ ששווים אותו בשוק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מזומן?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שטרות ומטבעות שמחזיקים ביד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כסף בבנק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באפליקציה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תלוש שכר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 זה כסף: מהחלפה לכסף דיגיטלי – נכון/לא נכון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בהחלפה משתמשים בכסף כדי לקבל חפץ.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קשה יותר להרגיש כמה הוצאנו כשמשלמים בטלפון, כי לא רואים שטרות יוצאים.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תיקון אופניים תמורת סקייטבורד הוא דוגמה לכסף דיגיטלי.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 זה כסף: מהחלפה לכסף דיגיטלי – מיון מקרים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שילמתי במזומן בקיוסק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מזומן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העברתי לחבר כסף באפליקציה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החלפה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תיקנתי אופניים וקיבלתי סקייטבורד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מזומן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החלפתי ספר עם 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כסף דיגיטלי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שמתי מטבעות בקופת חיסכון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החלפה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מה זה כסף: מהחלפה לכסף דיגיטלי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כשאני משלם/ת בכרטיס בקופה, זהו כסף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מתן ספר וקבלת משחק בתמורה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צורך, רצון וקנייה חכמה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ההגדרה המתאימה ל'צורך'?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משהו שאי אפשר בלעדיו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משהו שנחמד שיהיה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דבר שרואים בפרסומת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דבר שחבר קנה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ההגדרה המתאימה ל'רצון'?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משהו שאי אפשר בלעדיו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משהו שנחמד שיהיה אבל לא הכרחי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כסף ששומרים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תשלום על 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כלל 24 השעות אומר 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קונים מיד כשרואים מבצע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מחכים יום לפני שקונים דבר שרוצים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חוסכים 24 שקלים בכל קנייה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בודקים מחיר פעם ב-24 ימים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צורך, רצון וקנייה חכמה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חישוב מחיר __________ עוזר להשוות בין מוצרים בגדלים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מבצע 1+1 משתלם באמת רק אם __________ את כל הכמות שקונים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צורך, רצון וקנייה חכמה – התאמה ובדיקה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כלל 24 השעות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חישוב עלות לכל כמות קבועה, כמו 100 מ"ל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מחיר ליחידה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לבדוק אם באמת צריכים שני פריטים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מבצע 1+1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להשוות מחירים לפני שמחליטים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קנייה חכמה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לחכות יום לפני שקונים משהו שרוצים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צורך, רצון וקנייה חכמה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בקבוק A (0.5 ליטר) עולה 1 ₪ ל-100 מ"ל, בקבוק B (1.5 ליטר) עולה 0.6 ₪ ל-100 מ"ל. איזה משתלם יותר ליחידה?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בקבוק A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בקבוק B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שווים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בקבוק גדול וזול ליחידה לא תמיד כדאי לקנות?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אסור לקנות בקבוקים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אולי לא ישתמשו בכל הכמות לפני שתתקלקל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בקבוקים גדולים תמיד יקרים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אין להם מחיר ליחידה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תקציב אישי בשליטה – הכרת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תקציב?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תוכנית שמראה כמה כסף יש ועל מה מוציאים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כסף שמקבלים במתנה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חשבון בנק 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 אשראי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הכנסה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כסף שיוצא ממני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כסף שנכנס אליי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חוב שצריך להחזיר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הוצאה קבועה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מהבאות היא דוגמה להכנסה אצל בני נוער?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קניית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דמי כיס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נסיעה באוטובוס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ארוחה בבית הספר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תקציב אישי בשליטה – חישוב ושימוש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תקציב הוא תוכנית שמראה כמה כסף יש ועל מה __________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אם ההכנסה היא 300 ₪ וההוצאות הן 300 ₪, היתרה היא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אם ההכנסה היא 300 ₪ וההוצאות הן 260 ₪, היתרה היא __________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תקציב אישי בשליטה –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הוצאה היא כסף שנכנס אליי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יש גירעון בתקציב, כדאי לחפש הוצאות שאפשר להקטין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תקציב אישי בשליטה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הכנסה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כסף שנכנס אליי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הוצאה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כסף ששומרים לעתיד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תקציב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תוכנית לכסף שיש ולהוצאות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יתרה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כסף שיוצא ממני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חיסכון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ההפרש בין הכנסה להוצאה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חיסכון והריבית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חיסכון הוא כסף ששומרים לעתיד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ריבית בחיסכון היא כסף שאנחנו משלמים לבנק על שמירת הכסף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ככל שחוסכים סכום גדול יותר בכל שבוע, מגיעים מהר יותר למטרה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לשנות תוכנית חיסכון אחרי שקבעו מטרה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חיסכון והריבית – תרגול חישוב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מטרת חיסכון עולה 150 ₪, וחוסכים 10 ₪ בשבוע. מגיעים למטרה בעוד __________ שבועות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מטרה עולה 240 ₪, וחוסכים 8 ₪ בשבוע. מגיעים למטרה בעוד __________ שבועות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אם במקום 8 ₪ בשבוע חוסכים 10 ₪ בשבוע, מגיעים לאותה מטרה (240 ₪) תוך __________ שבועות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הכסף שהבנק משלם לנו על החיסכון שלנו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מטרה עולה 500 ₪, וחוסכים 25 ₪ בשבוע. מגיעים אליה בעוד __________ שבועות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חיסכון והריבית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מטרת חיסכון אישית: מה המחיר שלה, וכמה תוכלו לחסוך בכל שבוע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כדאי להתחיל לחסוך מוקדם ולא לחכות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חבר רוצה לקנות אוזניות ב-180 ₪ וחוסך 12 ₪ בשבוע. חשבו כמה שבועות ייקח לו, והציעו דרך לקצר את הזמן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בשתי שורות מה הקשר בין ריבית לבין חיסכון לאורך זמן ארוך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בנק, כרטיסים ותשלום בטלפון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חשבון בנק הוא מקום שבו...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שומרים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שומרים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קונים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משחקים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כרטיס חיוב מיידי לכרטיס אשראי?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הצבע של הכרטיס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מתי הכסף יוצא מהחשבון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מנפיק את הכרטיס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בכרטיס חיוב מיידי הכסף יוצא מהחשבון...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בעוד חודש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בעוד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תשלום בטלפון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תמיד הכי זול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נוח ומהיר, אך קל לאבד מעקב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אסור לשימוש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אפשרי רק במבצעים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חוב?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כסף ששומרים לעתיד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כסף שקיבלתי וצריך להחזיר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השכר לפני ניכויים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תשלום על שימוש בכסף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בנק, כרטיסים ותשלום בטלפון – יישום וחישוב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כרטיס __________ מיידי – הכסף יוצא מהחשבון באותו רגע.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בכרטיס אשראי משלמים על הקנייה __________ ולא מיד.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במחשבון 'כמה זה באמת עולה' קנייה עם ריבית הסתכמה בסוף ביותר מ-600 ₪ בגלל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אחד מכללי הזהירות: לא לשתף __________ של חשבון הבנק או האפליקציה.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בנק, כרטיסים ותשלום בטלפון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עומר העביר לחבר כסף בטלפון 'עד מחר', ועבר שבוע. כתבו מה הייתם מציעים לו לעשות.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3 כללים לשימוש זהיר בכסף ובתשלומים בטלפון.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למה קנייה בתשלומים עם ריבית עולה בסוף יותר מהמחיר המקורי.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עבודה ראשונה ותלוש שכר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ברוטו?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השכר לפני ניכויים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השכר שנכנס בפועל לחשבון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הכסף שחוסכים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הכסף שמוציאים על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נטו?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השכר לפני ניכויים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השכר שנכנס בפועל לחשבון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הכסף שחוסכים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השעות שעבדתי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תלוש שכר?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רשימת קניות חודשית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מסמך שמפרט את השכר והניכויים בכל חודש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כרטיס אשראי לעבודה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תוכנית חיסכון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מחשבים את השכר הבסיסי?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השעות כפול שכר לשעה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הוצאות פחות הכנסות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נטו פחות ברוטו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הימים בחודש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עבודה ראשונה ותלוש שכר – תרגול וחישוב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אם עבדתי 20 שעות בשכר של 35 ₪ לשעה, הברוטו שלי הוא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הניכויים הם סכום שיורד מה-__________ וכך מתקבל הנטו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אם הברוטו הוא 1,400 ₪ והניכויים הם 70 ₪, הנטו הוא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הנוסחה לחישוב שכר היא: שעות עבודה כפול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להסביר את ההבדל בין מזומן, כסף דיגיטלי והחלפה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לבנות תקציב פשוט ולבדוק אם הוא מאוזן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מבין/ה מה ההבדל בין ברוטו לנטו ולמה חשוב לבדוק תלוש שכר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כסף בחיים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