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ההתפתחות ההיסטורית של הכסף ואת סוגיו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לקבלת החלטות צרכניות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תקציב אישי ולתכנן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בעולם הבנק, האשראי והעבודה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כסף: מהחלפה לכסף דיגיטלי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נותנים דבר אחד ומקבלים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בחשבון, בכרטיס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שטרות ומטבעות שמחזיקים ביד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כסף: מהחלפה לכסף דיגיטלי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בהחלפה נותנים דבר אחד ומקבלים דבר אחר, בלי כסף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כשלא רואים כסף פיזי יוצא, קל יותר לבזבז בלי לשים לב.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החלפה – דבר תמורת דבר, בלי כסף.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כסף: מהחלפה לכסף דיגיטלי – מיון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(מזומן)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כסף: מהחלפה לכסף דיגיטלי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צורך, רצון וקנייה חכמה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שאי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שנחמד שיהיה אבל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מחכים יום לפני שקונים דבר שרוצים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צורך, רצון וקנייה חכמה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צורך, רצון וקנייה חכמה – התאמה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(לחכות יום לפני שקונים משהו שרוצים)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(חישוב עלות לכל כמות קבועה, כמו 100 מ"ל)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(לבדוק אם באמת צריכים שני פריטים)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(להשוות מחירים לפני שמחליטים)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צורך, רצון וקנייה חכמה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בקבוק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אולי לא ישתמשו בכל הכמות לפני שתתקלקל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תקציב אישי בשליטה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כמה כסף יש ועל מה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שנכנס אליי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דמי כיס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תקציב אישי בשליטה – חישוב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תקציב אישי בשליטה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הוצאה היא כסף שיוצא ממני, הכנסה היא כסף שנכנס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לאזן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תקציב אישי בשליטה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(כסף שנכנס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(כסף שיוצא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(תוכנית לכסף שיש ולהוצאות)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(ההפרש בין הכנסה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ששומרים לעתיד)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והריבית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הבנק הוא זה שמשלם לנו ריבית על הכסף ששמרנו אצלו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סכום שבועי גבוה יותר מקצר את הזמן עד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אפשר לעדכן את הסכום השבועי ולבדוק מחדש כמה זמן זה ייקח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והריבית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והריבית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סכום מחיר וסכום חיסכון שבועי סביר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ככל שמתחילים מוקדם יש יותר זמן להגיע למטרה, ואפשר לחסוך סכום קטן יותר בכל שבוע וגם ליהנות מריבית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15 שבועות; אפשר להציע להגדיל את הסכום השבועי, למשל ל-15 ₪, כדי לקצר את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ככל שחוסכים לאורך יותר זמן, הריבית מצטברת ומוסיפה עוד כסף לחיסכון, בלי מאמץ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בנק, כרטיסים ותשלום בטלפון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שומרים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 הכסף יוצא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נוח ומהיר, אך קל לאבד מעקב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כסף שקיבלתי וצריך להחזיר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בנק, כרטיסים ותשלום בטלפון – יישום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סיסמאות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בנק, כרטיסים ותשלום בטלפון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החשבון, להזכיר לחבר בנימוס, לקבוע תאריך ברור להחזרה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את החשבון, לא לשתף סיסמאות, לא לקנות במה שאין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הריבית היא תשלום נוסף על השימוש בכסף לאורך זמן, וכל תשלום מוסיף עוד סכום קטן שמצטבר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עבודה ראשונה ותלוש שכר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השכר שנכנס בפועל לחשבון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מסמך שמפרט את השכר והניכויים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השעות כפול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עבודה ראשונה ותלוש שכר – תרגול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3. 1330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אחת מכל סוג ומנומקת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הכנסה אחת, שתי הוצאות וחישוב יתרה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שניכויים מורידים מהברוטו ושצריך לבדוק שהניכויים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לאורך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לבצע את המשחק המתאים בכיתה (מיון כרטיסים, אתגר התקציב, זיכרון מושגים) כחימום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מספרים עגולים בתרגילי התקציב והחיסכון, ולמתקדמים להוסיף הוצאה או מטרה נוספת לחישוב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בדיון קצר בזוגות על דוגמה אישית, כדי לחבר את התוכן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שישה חלקים על כסף. עובדים לפי הסדר. קודם מנסים לבד, אחר כך בודקים.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 דיגיטלי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שנמצא בחשבון, בכרטיס או בטלפון ולא רואים אותו כשטר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שאי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נחמד שהיה כיף שיהיה, אך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יש ועל מה מוציאים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בצד לשימוש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נוסף על שימוש בכסף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שקיבלנו וצריך להחזיר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השכר לפני שמורידים ניכויים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שבאמת נכנס לחשבון אחרי ניכויים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חודשי שמפרט את השכר והניכויים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כסף: מהחלפה לכסף דיגיטלי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החלפה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נותנים דבר אחד ומקבלים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משלמים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כסף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מעבירים כסף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כסף 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בחשבון, בכרטיס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פתק עם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ששווים אותו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שטרות ומטבעות שמחזיקים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בבנק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תלוש שכר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כסף: מהחלפה לכסף דיגיטלי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בהחלפה משתמשים בכסף כדי לקבל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יותר להרגיש כמה הוצאנו כשמשלמים בטלפון, כי לא רואים שטרות יוצאים.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אופניים תמורת סקייטבורד הוא דוגמה לכסף דיגיטלי.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כסף: מהחלפה לכסף דיגיטלי – מיון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שילמתי במזומן בקיוסק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העברתי לחבר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תיקנתי אופניים וקיבלתי סקייטבורד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שמתי מטבעות בקופת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דיגיטלי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כסף: מהחלפה לכסף דיגיטלי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משלם/ת בכרטיס בקופה, זהו כסף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מתן ספר וקבלת משחק בתמורה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צורך, רצון וקנייה חכמה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דבר שרואים בפרסומת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דבר שחבר 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שנחמד שיהיה אבל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ששומרים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על 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כלל 24 השעות?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מיד כשרואים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מחכים יום לפני שקונים דבר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חוסכים 24 שקלים בכל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מחיר פעם ב-24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צורך, רצון וקנייה חכמה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חישוב מחיר __________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מבצע 1+1 משתלם באמת רק אם __________ את כל הכמות שקונים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צורך, רצון וקנייה חכמה – התאמה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להשוות מחירים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לחכות יום לפני שקונים משהו שרוצים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חישוב עלות לכל כמות קבועה, כמו 100 מ"ל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לבדוק אם באמת צריכים שני פריטים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צורך, רצון וקנייה חכמה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בקבוק זול יותר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בקבוק 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בקבוק גדול וזול ליחידה לא תמיד כדאי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לקנות בקבוקים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אולי לא ישתמשו בכל הכמות לפני שתתקלקל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בקבוקים גדולים תמיד יקרים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להם מחיר ליחידה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תקציב אישי בשליטה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תקציב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שמראה כמה כסף יש ועל מה מוציאים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שמקבלים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 בנק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הכנסה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שיוצא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שנכנס אליי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 שצריך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הוצאה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להכנסה אצל 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 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תקציב אישי בשליטה – חישוב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תקציב הוא תוכנית שמראה כמה כסף יש ועל מה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ההכנסה היא 300 ₪ וההוצאות הן 300 ₪, היתרה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ההכנסה היא 300 ₪ וההוצאות הן 260 ₪, היתרה היא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תקציב אישי בשליטה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היא כסף שנכנס אליי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גירעון בתקציב, כדאי לחפש הוצאות שאפשר להקטין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תקציב אישי בשליטה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ההפרש בין הכנסה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ששומרים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שיוצא ממני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תוכנית לכסף שיש ולהוצאות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שנכנס אליי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חיסכון והריבית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בחיסכון היא כסף שאנחנו משלמים לבנק על שמירת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שחוסכים סכום גדול יותר בכל שבוע, מגיעים מהר יותר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תוכנית חיסכון אחרי שקבעו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חיסכון והריבית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חיסכון עולה 150 ₪, וחוסכים 10 ₪ בשבוע. מגיעים למטרה בעוד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מטרה עולה 240 ₪, וחוסכים 8 ₪ בשבוע. מגיעים למטרה בעוד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במקום 8 ₪ בשבוע חוסכים 10 ₪ בשבוע, מגיעים לאותה מטרה (240 ₪) תוך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הכסף שהבנק משלם לנו על החיסכון שלנו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מטרה עולה 500 ₪, וחוסכים 25 ₪ בשבוע. מגיעים אליה בעוד __________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חיסכון והריבית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מטרת חיסכון אישית: מה המחיר שלה, וכמה תוכלו לחסוך בכל 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להתחיל לחסוך מוקדם ולא לחכות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רוצה לקנות אוזניות ב-180 ₪ וחוסך 12 ₪ בשבוע. חשבו כמה שבועות ייקח לו, והציעו דרך לקצר את הזמן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בשתי שורות מה הקשר בין ריבית לבין חיסכון לאורך זמן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בנק, כרטיסים ותשלום בטלפון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בחשבון 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שני סוגי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מנפיק את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יוצא הכסף בכרטיס חיוב מיידי?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בעוד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לגבי תשלום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הכי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 ומהיר, אך קל לאבד מעקב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אפשרי רק במבצעים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ששומרים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שקיבלתי וצריך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על שימוש בכסף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בנק, כרטיסים ותשלום בטלפון – יישום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מיידי – הכסף יוצא מהחשבון באותו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אשראי משלמים על הקנייה __________ ולא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במחשבון 'כמה זה באמת עולה' קנייה עם ריבית הסתכמה בסוף ביותר מ-600 ₪ בגלל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מכללי הזהירות: לא לשתף __________ של חשבון הבנק או האפליקציה.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בנק, כרטיסים ותשלום בטלפון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עומר העביר לחבר כסף בטלפון 'עד מחר', ועבר שבוע. כתבו מה הייתם מציעים לו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כללים לשימוש זהיר בכסף ובתשלומים בטלפון.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קנייה בתשלומים עם ריבית עולה בסוף יותר מהמחיר המקורי.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עבודה ראשונה ותלוש שכר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ברוטו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שמוציאים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נטו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השעות שעבדתי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 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שמפרט את השכר והניכויים בכל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מחשבים את השכר הבסיסי?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השעות כפול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הוצאות פחות הכנסות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נטו פחות ברוטו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הימים בחודש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עבודה ראשונה ותלוש שכר – תרגול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עבדתי 20 שעות בשכר של 35 ₪ לשעה, הברוטו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הניכויים הם סכום שיורד מה-__________ וכך מתקבל הנטו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הברוטו הוא 1,400 ₪ והניכויים הם 70 ₪, הנטו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הנוסחה לחישוב שכר היא: שעות עבודה כפול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את ההבדל בין מזומן, כסף דיגיטלי והחלפה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לבנות תקציב פשוט ולבדוק אם הוא מאוזן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מה ההבדל בין ברוטו לנטו ולמה חשוב לבדוק תלוש שכר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