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ההתפתחות ההיסטורית של הכסף ואת סוגיו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כלים לקבלת החלטות צרכניות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תקציב אישי ולתכנן 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בעולם הבנק, האשראי והעבודה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כסף: מהחלפה לכסף דיגיטלי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נותנים דבר אחד ומקבלים דבר אחר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בחשבון, בכרטיס או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כסף: מהחלפה לכסף דיגיטלי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בהחלפה נותנים דבר אחד ומקבלים דבר אחר, בלי כסף כלל.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כשלא רואים כסף פיזי יוצא, קל יותר לבזבז בלי לשים לב.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כסף: מהחלפה לכסף דיגיטלי – מיון 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(החלפה)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כסף: מהחלפה לכסף דיגיטלי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צורך, רצון וקנייה חכמה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משהו שאי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שנחמד שיהיה אבל לא הכרחי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צורך, רצון וקנייה חכמה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משתמשים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צורך, רצון וקנייה חכמה – התאמה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(לחכות יום לפני שקונים משהו שרוצים)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(חישוב עלות לכל כמות קבועה, כמו 100 מ"ל)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(לבדוק אם באמת צריכים שני פריטים)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(להשוות מחירים לפני שמחליטים)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צורך, רצון וקנייה חכמה – חשיבה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תקציב אישי בשליטה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שמראה כמה כסף יש ועל מה מוציאים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שנכנס אליי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תקציב אישי בשליטה – חישוב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תקציב אישי בשליטה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הוצאה היא כסף שיוצא ממני, הכנסה היא כסף שנכנס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לאזן בין הכנסות להוצאות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תקציב אישי בשליטה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(כסף שנכנס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(כסף שיוצא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(תוכנית לכסף שיש ולהוצאות)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(ההפרש בין הכנסה להוצאה)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חיסכון והריבית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 – הבנק הוא זה שמשלם לנו ריבית על הכסף ששמרנו אצלו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סכום שבועי גבוה יותר מקצר את הזמן עד למטרה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חיסכון והריבית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חיסכון והריבית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סכום מחיר וסכום חיסכון שבועי סביר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בנק, כרטיסים ותשלום בטלפון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שומרים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 הכסף יוצא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בנק, כרטיסים ותשלום בטלפון – יישום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סיסמאות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בנק, כרטיסים ותשלום בטלפון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החשבון, להזכיר לחבר בנימוס, לקבוע תאריך ברור להחזרה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עבודה ראשונה ותלוש שכר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השכר לפני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השכר שנכנס בפועל לחשבון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מסמך שמפרט את השכר והניכויים בכל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עבודה ראשונה ותלוש שכר – תרגול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3. 1330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אחת מכל סוג ומנומקת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הכנסה אחת, שתי הוצאות וחישוב יתרה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שניכויים מורידים מהברוטו ושצריך לבדוק שהניכויים 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לאורך 3-4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לבצע את המשחק המתאים בכיתה (מיון כרטיסים, אתגר התקציב, זיכרון מושגים) כחימום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מספרים עגולים בתרגילי התקציב והחיסכון, ולמתקדמים להוסיף הוצאה או מטרה נוספת לחישוב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פרק בדיון קצר בזוגות על דוגמה אישית, כדי לחבר את התוכן לחיי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שהולכים יחד – מכסף ועד עבודה ושכר. פתרו כל פרק לפי הסדר, ענו בעצמכם לפני שבודקים עם המורה, והשתמשו בדוגמאות שלכם מהחיים.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0  ·  חיוב  ·  מוציאים  ·  משתמשים  ·  ליחידה  ·  700  ·  ברוטו  ·  15  ·  1330  ·  30  ·  דיגיטלי  ·  סיסמאות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זה כסף: מהחלפה לכסף דיגיטלי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החלפה?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נותנים דבר אחד ומקבלים דבר אחר בלי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משלמים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שמים כסף בקופת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כסף 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כסף בחשבון, בכרטיס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פתק עם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זה כסף: מהחלפה לכסף דיגיטלי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בהחלפה משתמשים בכסף כדי לקבל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קשה יותר להרגיש כמה הוצאנו כשמשלמים בטלפון, כי לא רואים שטרות יוצאים.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זה כסף: מהחלפה לכסף דיגיטלי – מיון מקרים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שילמתי במזומן בקיוסק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כסף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העברתי לחבר כסף באפליקציה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תיקנתי אופניים וקיבלתי סקייטבורד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החלפתי ספר עם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 זה כסף: מהחלפה לכסף דיגיטלי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כשאני משלם/ת בכרטיס בקופה, זהו כסף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צורך, רצון וקנייה חכמה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ההגדרה המתאימה ל'צורך'?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משהו שאי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שנחמד שיהיה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דבר שרואים בפרסומת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ההגדרה המתאימה ל'רצון'?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משהו שאי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שנחמד שיהיה אבל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כסף ששומרים בבנק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צורך, רצון וקנייה חכמה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חישוב מחיר __________ עוזר להשוות בין מוצרים בגדלים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מבצע 1+1 משתלם באמת רק אם __________ את כל הכמות שקונים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צורך, רצון וקנייה חכמה – התאמה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 24 השעות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להשוות מחירים לפני שמחליטים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לחכות יום לפני שקונים משהו שרוצים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חישוב עלות לכל כמות קבועה, כמו 100 מ"ל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קנייה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לבדוק אם באמת צריכים שני פריטים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צורך, רצון וקנייה חכמה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תקציב אישי בשליטה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תוכנית שמראה כמה כסף יש ועל מה מוציאים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כסף שמקבלים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חשבון בנק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הכנסה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 שיוצא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כסף שנכנס אליי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 שצריך להחזיר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תקציב אישי בשליטה – חישוב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תקציב הוא תוכנית שמראה כמה כסף יש ועל מה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ההכנסה היא 300 ₪ וההוצאות הן 300 ₪, היתרה היא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תקציב אישי בשליטה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הוצאה היא כסף שנכנס אליי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גירעון בתקציב, כדאי לחפש הוצאות שאפשר להקטין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תקציב אישי בשליטה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תוכנית לכסף שיש ולהוצאות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ההפרש בין הכנסה להוצאה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כסף שנכנס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יתרה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שיוצא ממני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חיסכון והריבית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הוא כסף ששומרים לעתיד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בחיסכון היא כסף שאנחנו משלמים לבנק על שמירת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שחוסכים סכום גדול יותר בכל שבוע, מגיעים מהר יותר למטרה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חיסכון והריבית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מטרת חיסכון עולה 150 ₪, וחוסכים 10 ₪ בשבוע. מגיעים למטרה בעוד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מטרה עולה 240 ₪, וחוסכים 8 ₪ בשבוע. מגיעים למטרה בעוד __________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חיסכון והריבית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מטרת חיסכון אישית: מה המחיר שלה, וכמה תוכלו לחסוך בכל 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בנק, כרטיסים ותשלום בטלפון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חשבון בנק הוא מקום שבו...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כרטיס חיוב מיידי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הצבע של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 הכסף יוצא מהחשבון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מנפיק את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בכרטיס חיוב מיידי הכסף יוצא מהחשבון...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בעוד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בעוד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בנק, כרטיסים ותשלום בטלפון – יישום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 __________ מיידי – הכסף יוצא מהחשבון באותו 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אחד מכללי הזהירות: לא לשתף __________ של חשבון הבנק או האפליקציה.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בנק, כרטיסים ותשלום בטלפון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עומר העביר לחבר כסף בטלפון 'עד מחר', ועבר שבוע. כתבו מה הייתם מציעים לו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עבודה ראשונה ותלוש שכר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השכר שנכנס בפועל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הכסף שחוסכים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נטו?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השכר שנכנס בפועל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הכסף שחוסכים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תלוש 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קניות 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מסמך שמפרט את השכר והניכויים בכל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אשראי לעבודה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עבודה ראשונה ותלוש שכר – תרגול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עבדתי 20 שעות בשכר של 35 ₪ לשעה, הברוטו שלי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הניכויים הם סכום שיורד מה-__________ וכך מתקבל הנטו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אם הברוטו הוא 1,400 ₪ והניכויים הם 70 ₪, הנטו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את ההבדל בין מזומן, כסף דיגיטלי והחלפה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לבנות תקציב פשוט ולבדוק אם הוא מאוזן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